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המאבק על הדרכים - השיירות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השלב הראשון של מלחמת העצמאות ואת מאפייני המלחמה הפנימית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יתרונות וחולשות של היישוב והצד הערבי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מדוע נכשלה שיטת השיירות ומה הוביל לשינוי אסטרטגי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למחרת החלטת החלוקה בנובמבר 1947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כוחות ערביים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להביא הספקה ליישובים מנותקים ולירושלים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המלחמה פרצה למחרת החלטת החלוקה בנובמבר 1947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בשלב זה פעל בעיקר צבא ההצלה, המתנדבים, לא פלישה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היה אחד היתרונות המרכזיים של הצד הערבי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המלחמה הפנימית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(29 בנובמבר 1947)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(פריצה אל יישוב נצור בגליל המערבי)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(מתנדבים מארצות ערב)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(הכוח הצבאי המאומן של היישוב)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החלטת האו״ם על חלוקת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פרוץ המלחמה הפנימית בין היישוב לערביי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שיירות יוצאות לפרוץ אל יישובים נצורים כמו יחיעם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כישלון סדרת שיירות ונסיגת ארצות הברית מתמיכה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יתרונות: מוטיבציה, הנהגה ומוסדות מאורגנים. קשיים: יישובים מנותקים וירושלים במצור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יזהה שהמאבק היה על השליטה בצירי התנועה כדי לקיים הספקה ליישובים נצורים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שניים מתוך: כישלון השיירות, נסיגת ארה״ב מהתמיכה, המצור על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שהשליטה בדרכים אפשרה או מנעה הספקת מזון, נשק ואנשים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ברגע של כבוד לנופלים ולהתייחס ברגישות לתלמידים ממשפחות שכולות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להימנע ממספרים מדויקים של נפגעים ומפרטי קרב, בהתאם להנחיות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משימת המפה בקבוצות קטנות כדי לחזק את ההבנה המרחבית של האזורים המנותקים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המאבק על הדרכים - השיירות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בשלב הראשון של מלחמת העצמאות נאבק היישוב על הדרכים אל יישובים מנותקים ואל ירושלים הנצורה. דף זה עוסק בתקופה זו ובשיטת השיירות.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29  ·  שיירה  ·  המלחמה הפנימית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פרצה מלחמת העצמאות?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ב-14 במאי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למחרת החלטת החלוקה בנובמבר 1947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ב-1949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שלט ברוב הדרכים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הבריטים לבדם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כוחות ערביים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היה תפקיד השיירות?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לפנות את הבריטים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לתקוף את מדינות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להביא הספקה ליישובים מנותקים ולירושלים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המלחמה פרצה רק לאחר הכרזת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הראשון כבר פלשו צבאות מדינות ערב באופן 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הראשון שלטו הערבים ברוב הדרכים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החלטת החלוקה התקבלה באו״ם בתאריך __________ בנובמבר 1947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השלב הראשון של המלחמה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טור כלי הרכב שהוביל מזון ונשק ליישובים מנותקים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החלטת החלוקה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הכוח הצבאי המאומן של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שיירה ליחיעם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29 בנובמבר 1947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צבא ההצלה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פריצה אל יישוב נצור בגליל המערבי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הגנה ופלמ״ח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מתנדבים מארצות 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פרוץ המלחמה הפנימית בין היישוב לערביי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החלטת האו״ם על חלוקת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כישלון סדרת שיירות ונסיגת ארצות הברית מתמיכה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שיירות יוצאות לפרוץ אל יישובים נצורים כמו יחיעם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ציינו שני יתרונות של היישוב ושני קשיים שלו בשלב הראשון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המאבק על הדרכים?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גורמים לתחושת הסכנה בסוף מרץ 1948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המאבק על הדרכים - השיירות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