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המאבק על הדרכים - השיירות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השלב הראשון של מלחמת העצמאות ואת מאפייני המלחמה הפנימית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יתרונות וחולשות של היישוב והצד הערבי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נכשלה שיטת השיירות ומה הוביל לשינוי אסטרטגי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למחרת החלטת החלוקה בנובמבר 1947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כוחות ערביים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להביא הספקה ליישובים מנותקים ולירושלים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עסקו בפינוי ונמנעו מלהתערב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יחיעם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המלחמה פרצה למחרת החלטת החלוקה בנובמבר 1947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זה פעל בעיקר צבא ההצלה, המתנדבים, לא פלישה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אחד היתרונות המרכזיים של הצד הערבי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הבריטים היו עסוקים בפינוי ולא התערבו לצד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חסימת הדרך גרמה למצור ולמחסור במזון ותחמושת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השיירות נפגעו שוב ושוב ולכן נדרש שינוי אסטרטגי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המלחמה הפנימית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צבא ההצלה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(29 בנובמבר 1947)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(פריצה אל יישוב נצור בגליל המערבי)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(מתנדבים מארצות 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(הכוח הצבאי המאומן של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(סיום המנדט והכרזת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החלטת האו״ם על חלוקת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פרוץ המלחמה הפנימית בין היישוב לערביי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שיירות יוצאות לפרוץ אל יישובים נצורים כמו יחיעם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כישלון סדרת שיירות ונסיגת ארצות הברית מתמיכה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החלטה על שינוי אסטרטגי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סיום המנדט הבריטי והכרזת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יתרונות: מוטיבציה, הנהגה ומוסדות מאורגנים. קשיים: יישובים מנותקים וירושלים במצור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סדרת שיירות שנפגעו קשות, ונסיגת ארצות הברית מתמיכתה בתוכנית החלוקה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השיירות נעו בדרכים שבשליטת כוחות ערביים ונפגעו שוב ושוב, מה שחייב שינוי אסטרטגי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שהמאבק היה על השליטה בצירי התנועה כדי לקיים הספקה ליישובים נצורים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שניים מתוך: כישלון השיירות, נסיגת ארה״ב מהתמיכה, המצור על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שהשליטה בדרכים אפשרה או מנעה הספקת מזון, נשק ואנשים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ברגע של כבוד לנופלים ולהתייחס ברגישות לתלמידים ממשפחות שכולות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להימנע ממספרים מדויקים של נפגעים ומפרטי קרב, בהתאם להנחיות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המפה בקבוצות קטנות כדי לחזק את ההבנה המרחבית של האזורים המנותקים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המאבק על הדרכים - השיירות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בשלב הראשון של מלחמת העצמאות נאבק היישוב על הדרכים אל יישובים מנותקים ואל ירושלים הנצורה. דף זה עוסק בתקופה זו ובשיטת השיירות.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פרצה מלחמת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למחרת החלטת החלוקה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מבצע נחשון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שלט ברוב הדרכים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הבריטים לבדם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כוחות ערביים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 השיירות?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לפנות את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לתקוף את מדינות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להביא הספקה ליישובים מנותקים ולירושלים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לכבוש כפרים ערביים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הבריטים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לחמו לצד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לחמו לצד הערבים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עסקו בפינוי ונמנעו מלהתערב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עזבו את הארץ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יישוב בגליל המערבי יצאה שיירה חשובה שהוזכרה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גוש עציון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 הגיא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הצופים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המלחמה פרצה רק לאחר הכרזת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כבר פלשו צבאות מדינות ערב באופן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שלטו הערבים ברוב הדרכים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הבריטים לחמו לצד היישוב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 היהודית הייתה נצורה ומנותקת מהשפלה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השיירות הצליחה לפתור את בעיית הניתוק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החלטת החלוקה התקבלה באו״ם בתאריך __________ בנובמבר 1947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הראשון של המלחמה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טור כלי הרכב שהוביל מזון ונשק ליישובים מנותקים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כוח המתנדבים מארצות ערב שנכנס לארץ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ירושלים היהודית הייתה נתונה תחת __________ בעקבות חסימת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__________ 1948 הבין היישוב שנדרש שינוי אסטרטגי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החלטת החלוקה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מתנדבים מארצות 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שיירה ליחיעם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29 בנובמבר 1947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צבא ההצלה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פריצה אל יישוב נצור בגליל המערבי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הגנה ופלמ״ח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סיום המנדט והכרזת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14 במאי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הכוח הצבאי המאומן של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כישלון סדרת שיירות ונסיגת ארצות הברית מתמיכה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המנדט הבריטי והכרזת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החלטת האו״ם על חלוקת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על שינוי אסטרטגי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המלחמה הפנימית בין היישוב לערביי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שיירות יוצאות לפרוץ אל יישובים נצורים כמו יחיעם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יתרונות של היישוב ושני קשיים שלו בשלב הראשון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סוף מרץ 1948 נחשב לנקודת שפל ליישוב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שיטת השיירות לא יכלה להבטיח קשר ליישובים לאורך 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המאבק על הדרכים?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גורמים לתחושת הסכנה בסוף מרץ 1948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הייתה חשיבות לשליטה בדרכים בשלב הראשון של המלחמה?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המאבק על הדרכים - השיירות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